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9D5F5" w14:textId="77777777" w:rsidR="00865A8E" w:rsidRDefault="00000000">
      <w:pPr>
        <w:jc w:val="center"/>
      </w:pPr>
      <w:r>
        <w:rPr>
          <w:b/>
          <w:sz w:val="28"/>
        </w:rPr>
        <w:t>KOP SURAT PERUSAHAAN</w:t>
      </w:r>
      <w:r>
        <w:rPr>
          <w:b/>
          <w:sz w:val="28"/>
        </w:rPr>
        <w:br/>
      </w:r>
    </w:p>
    <w:p w14:paraId="1562021B" w14:textId="77777777" w:rsidR="00865A8E" w:rsidRDefault="00000000">
      <w:pPr>
        <w:jc w:val="center"/>
      </w:pPr>
      <w:r>
        <w:t>(Nama Perusahaan)</w:t>
      </w:r>
      <w:r>
        <w:br/>
        <w:t>(Alamat Perusahaan)</w:t>
      </w:r>
      <w:r>
        <w:br/>
        <w:t>(No. Telepon | Email | Website)</w:t>
      </w:r>
    </w:p>
    <w:p w14:paraId="6BF78113" w14:textId="77777777" w:rsidR="00865A8E" w:rsidRDefault="00000000">
      <w:r>
        <w:br/>
      </w:r>
    </w:p>
    <w:p w14:paraId="111FA9BF" w14:textId="77777777" w:rsidR="00865A8E" w:rsidRDefault="00000000">
      <w:pPr>
        <w:jc w:val="center"/>
      </w:pPr>
      <w:r>
        <w:rPr>
          <w:b/>
        </w:rPr>
        <w:t>FORM PENGAJUAN PERUBAHAN ALUR</w:t>
      </w:r>
    </w:p>
    <w:p w14:paraId="06BFB0F9" w14:textId="77777777" w:rsidR="00865A8E" w:rsidRDefault="00000000">
      <w:r>
        <w:br/>
      </w:r>
    </w:p>
    <w:p w14:paraId="02F4F6DC" w14:textId="77777777" w:rsidR="00865A8E" w:rsidRDefault="00000000">
      <w:r>
        <w:t>Yang bertanda tangan di bawah ini:</w:t>
      </w:r>
      <w:r>
        <w:br/>
      </w:r>
    </w:p>
    <w:p w14:paraId="0AAF0475" w14:textId="77777777" w:rsidR="00865A8E" w:rsidRDefault="00000000">
      <w:r>
        <w:t>Nama Pengusul</w:t>
      </w:r>
      <w:r>
        <w:tab/>
      </w:r>
      <w:r>
        <w:tab/>
        <w:t>: ................................................</w:t>
      </w:r>
    </w:p>
    <w:p w14:paraId="774AA843" w14:textId="77777777" w:rsidR="00865A8E" w:rsidRDefault="00000000">
      <w:r>
        <w:t>Jabatan</w:t>
      </w:r>
      <w:r>
        <w:tab/>
      </w:r>
      <w:r>
        <w:tab/>
      </w:r>
      <w:r>
        <w:tab/>
        <w:t>: ................................................</w:t>
      </w:r>
    </w:p>
    <w:p w14:paraId="0626062C" w14:textId="77777777" w:rsidR="00865A8E" w:rsidRDefault="00000000">
      <w:r>
        <w:t>Nama Perusahaan</w:t>
      </w:r>
      <w:r>
        <w:tab/>
        <w:t>: ................................................</w:t>
      </w:r>
      <w:r>
        <w:br/>
      </w:r>
    </w:p>
    <w:p w14:paraId="7BC789A4" w14:textId="77777777" w:rsidR="00865A8E" w:rsidRDefault="00000000">
      <w:r>
        <w:t>Dengan ini mengajukan permohonan perubahan alur proses dengan keterangan sebagai berikut:</w:t>
      </w:r>
      <w:r>
        <w:br/>
      </w:r>
    </w:p>
    <w:p w14:paraId="30F8599B" w14:textId="77777777" w:rsidR="00865A8E" w:rsidRDefault="00000000">
      <w:r>
        <w:t>Keterangan Update:</w:t>
      </w:r>
    </w:p>
    <w:p w14:paraId="4292610E" w14:textId="77777777" w:rsidR="00865A8E" w:rsidRDefault="00000000">
      <w:r>
        <w:t>...............................................................................</w:t>
      </w:r>
    </w:p>
    <w:p w14:paraId="04A23673" w14:textId="77777777" w:rsidR="00865A8E" w:rsidRDefault="00000000">
      <w:r>
        <w:t>...............................................................................</w:t>
      </w:r>
    </w:p>
    <w:p w14:paraId="5E0F7D84" w14:textId="77777777" w:rsidR="00865A8E" w:rsidRDefault="00000000">
      <w:r>
        <w:t>...............................................................................</w:t>
      </w:r>
    </w:p>
    <w:p w14:paraId="134F2372" w14:textId="77777777" w:rsidR="00865A8E" w:rsidRDefault="00000000">
      <w:r>
        <w:t>...............................................................................</w:t>
      </w:r>
      <w:r>
        <w:br/>
      </w:r>
    </w:p>
    <w:p w14:paraId="5E0F94DE" w14:textId="77777777" w:rsidR="00865A8E" w:rsidRDefault="00000000">
      <w:r>
        <w:t>Lampiran (WAJIB):</w:t>
      </w:r>
    </w:p>
    <w:p w14:paraId="16CEFB4B" w14:textId="77777777" w:rsidR="00865A8E" w:rsidRDefault="00000000">
      <w:r>
        <w:t>1. Flowchart alur sistem berjalan saat ini</w:t>
      </w:r>
    </w:p>
    <w:p w14:paraId="1D8B1C47" w14:textId="77777777" w:rsidR="00865A8E" w:rsidRDefault="00000000">
      <w:r>
        <w:t>2. Flowchart alur sistem yang akan diupdate</w:t>
      </w:r>
      <w:r>
        <w:br/>
      </w:r>
    </w:p>
    <w:p w14:paraId="7CC893D3" w14:textId="77777777" w:rsidR="00865A8E" w:rsidRDefault="00000000">
      <w:r>
        <w:t>Ketentuan:</w:t>
      </w:r>
    </w:p>
    <w:p w14:paraId="35DC0328" w14:textId="77777777" w:rsidR="00865A8E" w:rsidRDefault="00000000">
      <w:r>
        <w:lastRenderedPageBreak/>
        <w:t>- Setiap perubahan alur wajib mengisi form ini terlebih dahulu.</w:t>
      </w:r>
    </w:p>
    <w:p w14:paraId="5471F8F6" w14:textId="77777777" w:rsidR="00865A8E" w:rsidRDefault="00000000">
      <w:r>
        <w:t>- Form harus dilengkapi dengan flowchart sebelum dan sesudah perubahan.</w:t>
      </w:r>
    </w:p>
    <w:p w14:paraId="3368D0A2" w14:textId="77777777" w:rsidR="00865A8E" w:rsidRDefault="00000000">
      <w:r>
        <w:t>- Form wajib ditandatangani dan distempel oleh pihak perusahaan.</w:t>
      </w:r>
      <w:r>
        <w:br/>
      </w:r>
    </w:p>
    <w:p w14:paraId="57189378" w14:textId="77777777" w:rsidR="00865A8E" w:rsidRDefault="00000000">
      <w:r>
        <w:t>Tanggal</w:t>
      </w:r>
      <w:r>
        <w:tab/>
        <w:t>: ................................................</w:t>
      </w:r>
      <w:r>
        <w:br/>
      </w:r>
    </w:p>
    <w:p w14:paraId="006C6EAC" w14:textId="77777777" w:rsidR="00B97B8B" w:rsidRDefault="00000000" w:rsidP="00B97B8B">
      <w:proofErr w:type="spellStart"/>
      <w:proofErr w:type="gramStart"/>
      <w:r>
        <w:t>Pengusul</w:t>
      </w:r>
      <w:proofErr w:type="spellEnd"/>
      <w:r>
        <w:t>,</w:t>
      </w:r>
      <w:r w:rsidR="00B97B8B">
        <w:t xml:space="preserve">   </w:t>
      </w:r>
      <w:proofErr w:type="gramEnd"/>
      <w:r w:rsidR="00B97B8B">
        <w:t xml:space="preserve">                                                                                                                                 </w:t>
      </w:r>
      <w:proofErr w:type="spellStart"/>
      <w:r w:rsidR="00B97B8B">
        <w:t>Menyetujui</w:t>
      </w:r>
      <w:proofErr w:type="spellEnd"/>
      <w:r w:rsidR="00B97B8B">
        <w:t>,</w:t>
      </w:r>
      <w:r w:rsidR="00B97B8B">
        <w:br/>
      </w:r>
      <w:proofErr w:type="spellStart"/>
      <w:r w:rsidR="00B97B8B">
        <w:t>Pihak</w:t>
      </w:r>
      <w:proofErr w:type="spellEnd"/>
      <w:r w:rsidR="00B97B8B">
        <w:t xml:space="preserve"> Perusahaan</w:t>
      </w:r>
      <w:r w:rsidR="00B97B8B">
        <w:br/>
      </w:r>
      <w:r w:rsidR="00B97B8B">
        <w:br/>
      </w:r>
      <w:r w:rsidR="00B97B8B">
        <w:br/>
        <w:t>(........................................)</w:t>
      </w:r>
      <w:r w:rsidR="00B97B8B">
        <w:t xml:space="preserve">                                                                                               </w:t>
      </w:r>
      <w:r w:rsidR="00B97B8B">
        <w:t>(........................................)</w:t>
      </w:r>
      <w:r w:rsidR="00B97B8B">
        <w:br/>
        <w:t>Tanda Tangan</w:t>
      </w:r>
      <w:r w:rsidR="00B97B8B">
        <w:t xml:space="preserve">                                                                                                   </w:t>
      </w:r>
      <w:r w:rsidR="00B97B8B">
        <w:t>Tanda Tangan &amp; Stempel</w:t>
      </w:r>
    </w:p>
    <w:p w14:paraId="1712C2E6" w14:textId="5ADE5FA0" w:rsidR="00B97B8B" w:rsidRDefault="00B97B8B" w:rsidP="00B97B8B">
      <w:r>
        <w:br/>
      </w:r>
    </w:p>
    <w:p w14:paraId="2AB8FA7D" w14:textId="75A8C823" w:rsidR="00B97B8B" w:rsidRDefault="00B97B8B" w:rsidP="00B97B8B">
      <w:r>
        <w:br/>
      </w:r>
    </w:p>
    <w:p w14:paraId="64DE3A68" w14:textId="127A985E" w:rsidR="00865A8E" w:rsidRDefault="00000000">
      <w:r>
        <w:br/>
      </w:r>
      <w:r>
        <w:br/>
      </w:r>
      <w:r>
        <w:br/>
      </w:r>
    </w:p>
    <w:sectPr w:rsidR="00865A8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omorDafta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omorDafta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oinDaftar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oinDaftar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omorDafta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oinDafta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81690190">
    <w:abstractNumId w:val="8"/>
  </w:num>
  <w:num w:numId="2" w16cid:durableId="1885483568">
    <w:abstractNumId w:val="6"/>
  </w:num>
  <w:num w:numId="3" w16cid:durableId="1648824520">
    <w:abstractNumId w:val="5"/>
  </w:num>
  <w:num w:numId="4" w16cid:durableId="731776111">
    <w:abstractNumId w:val="4"/>
  </w:num>
  <w:num w:numId="5" w16cid:durableId="1978145081">
    <w:abstractNumId w:val="7"/>
  </w:num>
  <w:num w:numId="6" w16cid:durableId="211044773">
    <w:abstractNumId w:val="3"/>
  </w:num>
  <w:num w:numId="7" w16cid:durableId="558446235">
    <w:abstractNumId w:val="2"/>
  </w:num>
  <w:num w:numId="8" w16cid:durableId="701906544">
    <w:abstractNumId w:val="1"/>
  </w:num>
  <w:num w:numId="9" w16cid:durableId="1699696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65A8E"/>
    <w:rsid w:val="00AA1D8D"/>
    <w:rsid w:val="00B47730"/>
    <w:rsid w:val="00B97B8B"/>
    <w:rsid w:val="00C3724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245D4C"/>
  <w14:defaultImageDpi w14:val="300"/>
  <w15:docId w15:val="{F4D2949C-EB3B-436E-87B2-E66AAE89F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Judul1">
    <w:name w:val="heading 1"/>
    <w:basedOn w:val="Normal"/>
    <w:next w:val="Normal"/>
    <w:link w:val="Judul1K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Judul2">
    <w:name w:val="heading 2"/>
    <w:basedOn w:val="Normal"/>
    <w:next w:val="Normal"/>
    <w:link w:val="Judul2K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Judul3">
    <w:name w:val="heading 3"/>
    <w:basedOn w:val="Normal"/>
    <w:next w:val="Normal"/>
    <w:link w:val="Judul3K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Header">
    <w:name w:val="header"/>
    <w:basedOn w:val="Normal"/>
    <w:link w:val="HeaderK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KAR">
    <w:name w:val="Header KAR"/>
    <w:basedOn w:val="FontParagrafDefault"/>
    <w:link w:val="Header"/>
    <w:uiPriority w:val="99"/>
    <w:rsid w:val="00E618BF"/>
  </w:style>
  <w:style w:type="paragraph" w:styleId="Footer">
    <w:name w:val="footer"/>
    <w:basedOn w:val="Normal"/>
    <w:link w:val="FooterK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KAR">
    <w:name w:val="Footer KAR"/>
    <w:basedOn w:val="FontParagrafDefault"/>
    <w:link w:val="Footer"/>
    <w:uiPriority w:val="99"/>
    <w:rsid w:val="00E618BF"/>
  </w:style>
  <w:style w:type="paragraph" w:styleId="TidakAdaSpasi">
    <w:name w:val="No Spacing"/>
    <w:uiPriority w:val="1"/>
    <w:qFormat/>
    <w:rsid w:val="00FC693F"/>
    <w:pPr>
      <w:spacing w:after="0" w:line="240" w:lineRule="auto"/>
    </w:pPr>
  </w:style>
  <w:style w:type="character" w:customStyle="1" w:styleId="Judul1KAR">
    <w:name w:val="Judul 1 KAR"/>
    <w:basedOn w:val="FontParagrafDefault"/>
    <w:link w:val="Judul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Judul2KAR">
    <w:name w:val="Judul 2 KAR"/>
    <w:basedOn w:val="FontParagrafDefault"/>
    <w:link w:val="Judul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Judul3KAR">
    <w:name w:val="Judul 3 KAR"/>
    <w:basedOn w:val="FontParagrafDefault"/>
    <w:link w:val="Judul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Judul">
    <w:name w:val="Title"/>
    <w:basedOn w:val="Normal"/>
    <w:next w:val="Normal"/>
    <w:link w:val="JudulK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JudulKAR">
    <w:name w:val="Judul KAR"/>
    <w:basedOn w:val="FontParagrafDefault"/>
    <w:link w:val="Judu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judul">
    <w:name w:val="Subtitle"/>
    <w:basedOn w:val="Normal"/>
    <w:next w:val="Normal"/>
    <w:link w:val="SubjudulK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judulKAR">
    <w:name w:val="Subjudul KAR"/>
    <w:basedOn w:val="FontParagrafDefault"/>
    <w:link w:val="Subjud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Daftar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ksIsi">
    <w:name w:val="Body Text"/>
    <w:basedOn w:val="Normal"/>
    <w:link w:val="TeksIsiKAR"/>
    <w:uiPriority w:val="99"/>
    <w:unhideWhenUsed/>
    <w:rsid w:val="00AA1D8D"/>
    <w:pPr>
      <w:spacing w:after="120"/>
    </w:pPr>
  </w:style>
  <w:style w:type="character" w:customStyle="1" w:styleId="TeksIsiKAR">
    <w:name w:val="Teks Isi KAR"/>
    <w:basedOn w:val="FontParagrafDefault"/>
    <w:link w:val="TeksIsi"/>
    <w:uiPriority w:val="99"/>
    <w:rsid w:val="00AA1D8D"/>
  </w:style>
  <w:style w:type="paragraph" w:styleId="TeksIsi2">
    <w:name w:val="Body Text 2"/>
    <w:basedOn w:val="Normal"/>
    <w:link w:val="TeksIsi2KAR"/>
    <w:uiPriority w:val="99"/>
    <w:unhideWhenUsed/>
    <w:rsid w:val="00AA1D8D"/>
    <w:pPr>
      <w:spacing w:after="120" w:line="480" w:lineRule="auto"/>
    </w:pPr>
  </w:style>
  <w:style w:type="character" w:customStyle="1" w:styleId="TeksIsi2KAR">
    <w:name w:val="Teks Isi 2 KAR"/>
    <w:basedOn w:val="FontParagrafDefault"/>
    <w:link w:val="TeksIsi2"/>
    <w:uiPriority w:val="99"/>
    <w:rsid w:val="00AA1D8D"/>
  </w:style>
  <w:style w:type="paragraph" w:styleId="TeksIsi3">
    <w:name w:val="Body Text 3"/>
    <w:basedOn w:val="Normal"/>
    <w:link w:val="TeksIsi3K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Isi3KAR">
    <w:name w:val="Teks Isi 3 KAR"/>
    <w:basedOn w:val="FontParagrafDefault"/>
    <w:link w:val="TeksIsi3"/>
    <w:uiPriority w:val="99"/>
    <w:rsid w:val="00AA1D8D"/>
    <w:rPr>
      <w:sz w:val="16"/>
      <w:szCs w:val="16"/>
    </w:rPr>
  </w:style>
  <w:style w:type="paragraph" w:styleId="Daftar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Daftar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Daftar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oinDaftar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oinDaftar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oinDaftar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omorDafta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omorDafta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omorDafta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DaftarBerkelanjutan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DaftarBerkelanjutan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DaftarBerkelanjutan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ksMakro">
    <w:name w:val="macro"/>
    <w:link w:val="TeksMakroK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MakroKAR">
    <w:name w:val="Teks Makro KAR"/>
    <w:basedOn w:val="FontParagrafDefault"/>
    <w:link w:val="TeksMakro"/>
    <w:uiPriority w:val="99"/>
    <w:rsid w:val="0029639D"/>
    <w:rPr>
      <w:rFonts w:ascii="Courier" w:hAnsi="Courier"/>
      <w:sz w:val="20"/>
      <w:szCs w:val="20"/>
    </w:rPr>
  </w:style>
  <w:style w:type="paragraph" w:styleId="Kutipan">
    <w:name w:val="Quote"/>
    <w:basedOn w:val="Normal"/>
    <w:next w:val="Normal"/>
    <w:link w:val="KutipanKAR"/>
    <w:uiPriority w:val="29"/>
    <w:qFormat/>
    <w:rsid w:val="00FC693F"/>
    <w:rPr>
      <w:i/>
      <w:iCs/>
      <w:color w:val="000000" w:themeColor="text1"/>
    </w:rPr>
  </w:style>
  <w:style w:type="character" w:customStyle="1" w:styleId="KutipanKAR">
    <w:name w:val="Kutipan KAR"/>
    <w:basedOn w:val="FontParagrafDefault"/>
    <w:link w:val="Kutipan"/>
    <w:uiPriority w:val="29"/>
    <w:rsid w:val="00FC693F"/>
    <w:rPr>
      <w:i/>
      <w:iCs/>
      <w:color w:val="000000" w:themeColor="text1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Keteranga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Kuat">
    <w:name w:val="Strong"/>
    <w:basedOn w:val="FontParagrafDefault"/>
    <w:uiPriority w:val="22"/>
    <w:qFormat/>
    <w:rsid w:val="00FC693F"/>
    <w:rPr>
      <w:b/>
      <w:bCs/>
    </w:rPr>
  </w:style>
  <w:style w:type="character" w:styleId="Penekanan">
    <w:name w:val="Emphasis"/>
    <w:basedOn w:val="FontParagrafDefault"/>
    <w:uiPriority w:val="20"/>
    <w:qFormat/>
    <w:rsid w:val="00FC693F"/>
    <w:rPr>
      <w:i/>
      <w:iCs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FC693F"/>
    <w:rPr>
      <w:b/>
      <w:bCs/>
      <w:i/>
      <w:iCs/>
      <w:color w:val="4F81BD" w:themeColor="accent1"/>
    </w:rPr>
  </w:style>
  <w:style w:type="character" w:styleId="PenekananHalus">
    <w:name w:val="Subtle Emphasis"/>
    <w:basedOn w:val="FontParagrafDefault"/>
    <w:uiPriority w:val="19"/>
    <w:qFormat/>
    <w:rsid w:val="00FC693F"/>
    <w:rPr>
      <w:i/>
      <w:iCs/>
      <w:color w:val="808080" w:themeColor="text1" w:themeTint="7F"/>
    </w:rPr>
  </w:style>
  <w:style w:type="character" w:styleId="PenekananKeras">
    <w:name w:val="Intense Emphasis"/>
    <w:basedOn w:val="FontParagrafDefault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siRumit">
    <w:name w:val="Subtle Reference"/>
    <w:basedOn w:val="FontParagrafDefault"/>
    <w:uiPriority w:val="31"/>
    <w:qFormat/>
    <w:rsid w:val="00FC693F"/>
    <w:rPr>
      <w:smallCaps/>
      <w:color w:val="C0504D" w:themeColor="accent2"/>
      <w:u w:val="single"/>
    </w:rPr>
  </w:style>
  <w:style w:type="character" w:styleId="ReferensiyangSering">
    <w:name w:val="Intense Reference"/>
    <w:basedOn w:val="FontParagrafDefaul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JudulBuku">
    <w:name w:val="Book Title"/>
    <w:basedOn w:val="FontParagrafDefault"/>
    <w:uiPriority w:val="33"/>
    <w:qFormat/>
    <w:rsid w:val="00FC693F"/>
    <w:rPr>
      <w:b/>
      <w:bCs/>
      <w:smallCaps/>
      <w:spacing w:val="5"/>
    </w:rPr>
  </w:style>
  <w:style w:type="paragraph" w:styleId="JudulTOC">
    <w:name w:val="TOC Heading"/>
    <w:basedOn w:val="Judul1"/>
    <w:next w:val="Normal"/>
    <w:uiPriority w:val="39"/>
    <w:semiHidden/>
    <w:unhideWhenUsed/>
    <w:qFormat/>
    <w:rsid w:val="00FC693F"/>
    <w:pPr>
      <w:outlineLvl w:val="9"/>
    </w:pPr>
  </w:style>
  <w:style w:type="table" w:styleId="KisiTabel">
    <w:name w:val="Table Grid"/>
    <w:basedOn w:val="Tabel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BayanganTipis">
    <w:name w:val="Light Shading"/>
    <w:basedOn w:val="Tabel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BayanganCahaya-Aksen1">
    <w:name w:val="Light Shading Accent 1"/>
    <w:basedOn w:val="Tabel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BayanganCahaya-Aksen2">
    <w:name w:val="Light Shading Accent 2"/>
    <w:basedOn w:val="Tabel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BayanganCahaya-Aksen3">
    <w:name w:val="Light Shading Accent 3"/>
    <w:basedOn w:val="Tabel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BayanganCahaya-Aksen4">
    <w:name w:val="Light Shading Accent 4"/>
    <w:basedOn w:val="Tabel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BayanganCahaya-Aksen5">
    <w:name w:val="Light Shading Accent 5"/>
    <w:basedOn w:val="Tabel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BayanganCahaya-Aksen6">
    <w:name w:val="Light Shading Accent 6"/>
    <w:basedOn w:val="Tabel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DaftarCahaya">
    <w:name w:val="Light List"/>
    <w:basedOn w:val="Tabel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DaftarCahaya-Aksen1">
    <w:name w:val="Light List Accent 1"/>
    <w:basedOn w:val="Tabel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DaftarCahaya-Aksen2">
    <w:name w:val="Light List Accent 2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DaftarCahaya-Aksen3">
    <w:name w:val="Light List Accent 3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DaftarCahaya-Aksen4">
    <w:name w:val="Light List Accent 4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DaftarCahaya-Aksen5">
    <w:name w:val="Light List Accent 5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DaftarCahaya-Aksen6">
    <w:name w:val="Light List Accent 6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KisiCahaya">
    <w:name w:val="Light Grid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KisiCahaya-Aksen1">
    <w:name w:val="Light Grid Accent 1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KisiCahaya-Aksen2">
    <w:name w:val="Light Grid Accent 2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KisiCahaya-Aksen3">
    <w:name w:val="Light Grid Accent 3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KisiCahaya-Aksen4">
    <w:name w:val="Light Grid Accent 4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KisiCahaya-Aksen5">
    <w:name w:val="Light Grid Accent 5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KisiCahaya-Aksen6">
    <w:name w:val="Light Grid Accent 6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BayanganSedang1">
    <w:name w:val="Medium Shading 1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BayanganSedang1-Aksen1">
    <w:name w:val="Medium Shading 1 Accent 1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BayanganSedang1-Aksen2">
    <w:name w:val="Medium Shading 1 Accent 2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BayanganSedang1-Aksen3">
    <w:name w:val="Medium Shading 1 Accent 3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BayanganSedang1-Aksen4">
    <w:name w:val="Medium Shading 1 Accent 4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BayanganSedang1-Aksen5">
    <w:name w:val="Medium Shading 1 Accent 5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BayanganSedang1-Aksen6">
    <w:name w:val="Medium Shading 1 Accent 6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BayanganSedang2">
    <w:name w:val="Medium Shading 2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BayanganSedang2-Aksen1">
    <w:name w:val="Medium Shading 2 Accent 1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BayanganSedang2-Aksen2">
    <w:name w:val="Medium Shading 2 Accent 2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BayanganSedang2-Aksen3">
    <w:name w:val="Medium Shading 2 Accent 3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BayanganSedang2-Aksen4">
    <w:name w:val="Medium Shading 2 Accent 4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BayanganSedang2-Aksen5">
    <w:name w:val="Medium Shading 2 Accent 5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BayanganSedang2-Aksen6">
    <w:name w:val="Medium Shading 2 Accent 6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DaftarSedang1">
    <w:name w:val="Medium List 1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DaftarSedang1-Aksen1">
    <w:name w:val="Medium List 1 Accent 1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DaftarSedang1-Aksen2">
    <w:name w:val="Medium List 1 Accent 2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DaftarSedang1-Aksen3">
    <w:name w:val="Medium List 1 Accent 3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DaftarSedang1-Aksen4">
    <w:name w:val="Medium List 1 Accent 4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DaftarSedang1-Aksen5">
    <w:name w:val="Medium List 1 Accent 5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DaftarSedang1-Aksen6">
    <w:name w:val="Medium List 1 Accent 6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DaftarSedang2">
    <w:name w:val="Medium List 2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DaftarSedang2-Aksen1">
    <w:name w:val="Medium List 2 Accent 1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DaftarSedang2-Aksen2">
    <w:name w:val="Medium List 2 Accent 2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DaftarSedang2-Aksen3">
    <w:name w:val="Medium List 2 Accent 3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DaftarSedang2-Aksen4">
    <w:name w:val="Medium List 2 Accent 4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DaftarSedang2-Aksen5">
    <w:name w:val="Medium List 2 Accent 5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DaftarSedang2-Aksen6">
    <w:name w:val="Medium List 2 Accent 6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isiSedang1">
    <w:name w:val="Medium Grid 1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isiSedang1-Aksen1">
    <w:name w:val="Medium Grid 1 Accent 1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isiSedang1-Aksen2">
    <w:name w:val="Medium Grid 1 Accent 2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isiSedang1-Aksen3">
    <w:name w:val="Medium Grid 1 Accent 3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isiSedang1-Aksen4">
    <w:name w:val="Medium Grid 1 Accent 4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isiSedang1-Aksen5">
    <w:name w:val="Medium Grid 1 Accent 5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isiSedang1-Aksen6">
    <w:name w:val="Medium Grid 1 Accent 6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KisiSedang2">
    <w:name w:val="Medium Grid 2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isiSedang2-Aksen1">
    <w:name w:val="Medium Grid 2 Accent 1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isiSedang2-Aksen2">
    <w:name w:val="Medium Grid 2 Accent 2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isiSedang2-Aksen3">
    <w:name w:val="Medium Grid 2 Accent 3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isiSedang2-Aksen4">
    <w:name w:val="Medium Grid 2 Accent 4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isiSedang2-Aksen5">
    <w:name w:val="Medium Grid 2 Accent 5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isiSedang2-Aksen6">
    <w:name w:val="Medium Grid 2 Accent 6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isiSedang3">
    <w:name w:val="Medium Grid 3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KisiSedang3-Aksen1">
    <w:name w:val="Medium Grid 3 Accent 1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KisiSedang3-Aksen2">
    <w:name w:val="Medium Grid 3 Accent 2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KisiSedang3-Aksen3">
    <w:name w:val="Medium Grid 3 Accent 3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KisiSedang3-Aksen4">
    <w:name w:val="Medium Grid 3 Accent 4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KisiSedang3-Aksen5">
    <w:name w:val="Medium Grid 3 Accent 5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KisiSedang3-Aksen6">
    <w:name w:val="Medium Grid 3 Accent 6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ftarGelap">
    <w:name w:val="Dark List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ftarGelap-Aksen1">
    <w:name w:val="Dark List Accent 1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ftarGelap-Aksen2">
    <w:name w:val="Dark List Accent 2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ftarGelap-Aksen3">
    <w:name w:val="Dark List Accent 3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ftarGelap-Aksen4">
    <w:name w:val="Dark List Accent 4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ftarGelap-Aksen5">
    <w:name w:val="Dark List Accent 5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ftarGelap-Aksen6">
    <w:name w:val="Dark List Accent 6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yanganBerwarna">
    <w:name w:val="Colorful Shading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yanganBerwarna-Aksen1">
    <w:name w:val="Colorful Shading Accent 1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yanganBerwarna-Aksen2">
    <w:name w:val="Colorful Shading Accent 2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yanganBerwarna-Aksen3">
    <w:name w:val="Colorful Shading Accent 3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yanganBerwarna-Aksen4">
    <w:name w:val="Colorful Shading Accent 4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yanganBerwarna-Aksen5">
    <w:name w:val="Colorful Shading Accent 5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yanganBerwarna-Aksen6">
    <w:name w:val="Colorful Shading Accent 6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ftarBerwarna">
    <w:name w:val="Colorful List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DaftarBerwarna-Aksen1">
    <w:name w:val="Colorful List Accent 1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DaftarBerwarna-Aksen2">
    <w:name w:val="Colorful List Accent 2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DaftarBerwarna-Aksen3">
    <w:name w:val="Colorful List Accent 3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DaftarBerwarna-Aksen4">
    <w:name w:val="Colorful List Accent 4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DaftarBerwarna-Aksen5">
    <w:name w:val="Colorful List Accent 5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DaftarBerwarna-Aksen6">
    <w:name w:val="Colorful List Accent 6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isiBerwarna">
    <w:name w:val="Colorful Grid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isiBerwarna-Aksen1">
    <w:name w:val="Colorful Grid Accent 1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isiBerwarna-Aksen2">
    <w:name w:val="Colorful Grid Accent 2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isiBerwarna-Aksen3">
    <w:name w:val="Colorful Grid Accent 3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isiBerwarna-Aksen4">
    <w:name w:val="Colorful Grid Accent 4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isiBerwarna-Aksen5">
    <w:name w:val="Colorful Grid Accent 5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isiBerwarna-Aksen6">
    <w:name w:val="Colorful Grid Accent 6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Nacth Fhaust</cp:lastModifiedBy>
  <cp:revision>2</cp:revision>
  <dcterms:created xsi:type="dcterms:W3CDTF">2013-12-23T23:15:00Z</dcterms:created>
  <dcterms:modified xsi:type="dcterms:W3CDTF">2026-04-28T12:07:00Z</dcterms:modified>
  <cp:category/>
</cp:coreProperties>
</file>